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b w:val="0"/>
        </w:rPr>
        <w:t>Date: ______</w:t>
      </w:r>
    </w:p>
    <w:p>
      <w:r>
        <w:rPr>
          <w:b w:val="0"/>
        </w:rPr>
        <w:t>To</w:t>
      </w:r>
    </w:p>
    <w:p>
      <w:r>
        <w:rPr>
          <w:b w:val="0"/>
        </w:rPr>
        <w:t>The Manager</w:t>
      </w:r>
    </w:p>
    <w:p>
      <w:r>
        <w:rPr>
          <w:b w:val="0"/>
        </w:rPr>
        <w:t>______</w:t>
      </w:r>
    </w:p>
    <w:p>
      <w:pPr>
        <w:jc w:val="center"/>
      </w:pPr>
      <w:r>
        <w:rPr>
          <w:b/>
        </w:rPr>
        <w:t>Subject: Leave for three days</w:t>
      </w:r>
    </w:p>
    <w:p>
      <w:r>
        <w:rPr>
          <w:b w:val="0"/>
        </w:rPr>
        <w:t>Respected Sir,</w:t>
      </w:r>
    </w:p>
    <w:p>
      <w:r>
        <w:rPr>
          <w:b w:val="0"/>
        </w:rPr>
        <w:t>I am not well. The doctor has advised me to rest for three days. Kindly grant me leave from ______ to ______.</w:t>
      </w:r>
    </w:p>
    <w:p>
      <w:r>
        <w:rPr>
          <w:b w:val="0"/>
        </w:rPr>
        <w:t>Yours faithfully,</w:t>
      </w:r>
    </w:p>
    <w:p>
      <w:r>
        <w:rPr>
          <w:b w:val="0"/>
        </w:rPr>
        <w:t>______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छुट्टी की अर्ज़ी लिखिए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