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b w:val="0"/>
        </w:rPr>
        <w:t>Date: 12 October 2026</w:t>
      </w:r>
    </w:p>
    <w:p>
      <w:r>
        <w:rPr>
          <w:b w:val="0"/>
        </w:rPr>
        <w:t>To</w:t>
      </w:r>
    </w:p>
    <w:p>
      <w:r>
        <w:rPr>
          <w:b w:val="0"/>
        </w:rPr>
        <w:t>The Principal</w:t>
      </w:r>
    </w:p>
    <w:p>
      <w:r>
        <w:rPr>
          <w:b w:val="0"/>
        </w:rPr>
        <w:t>Adarsh Degree College, Etawah</w:t>
      </w:r>
    </w:p>
    <w:p>
      <w:pPr>
        <w:jc w:val="center"/>
      </w:pPr>
      <w:r>
        <w:rPr>
          <w:b/>
        </w:rPr>
        <w:t>Subject: Leave for two days</w:t>
      </w:r>
    </w:p>
    <w:p>
      <w:r>
        <w:rPr>
          <w:b w:val="0"/>
        </w:rPr>
        <w:t>Respected Sir,</w:t>
      </w:r>
    </w:p>
    <w:p>
      <w:r>
        <w:rPr>
          <w:b w:val="0"/>
        </w:rPr>
        <w:t>I work as an office assistant in the college. The wedding of my sister is on 20 October 2026. Kindly grant me leave for two days, 19 and 20 October 2026. I will join duty on 21 October 2026.</w:t>
      </w:r>
    </w:p>
    <w:p>
      <w:r>
        <w:rPr>
          <w:b w:val="0"/>
        </w:rPr>
        <w:t>Thank you.</w:t>
      </w:r>
    </w:p>
    <w:p>
      <w:r>
        <w:rPr>
          <w:b w:val="0"/>
        </w:rPr>
        <w:t>Yours faithfully,</w:t>
      </w:r>
    </w:p>
    <w:p>
      <w:r>
        <w:rPr>
          <w:b w:val="0"/>
        </w:rPr>
        <w:t>Rohit Kumar</w:t>
      </w:r>
    </w:p>
    <w:p>
      <w:r>
        <w:rPr>
          <w:b w:val="0"/>
        </w:rPr>
        <w:t>Office Assistant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छुट्टी की अर्ज़ी लिखिए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