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pos="2160" w:val="left"/>
        </w:tabs>
      </w:pPr>
      <w:r>
        <w:t>Name</w:t>
        <w:tab/>
        <w:t>: ______</w:t>
      </w:r>
    </w:p>
    <w:p>
      <w:pPr>
        <w:tabs>
          <w:tab w:pos="2160" w:val="left"/>
        </w:tabs>
      </w:pPr>
      <w:r>
        <w:t>Father's Name</w:t>
        <w:tab/>
        <w:t>: ______</w:t>
      </w:r>
    </w:p>
    <w:p>
      <w:pPr>
        <w:tabs>
          <w:tab w:pos="2160" w:val="left"/>
        </w:tabs>
      </w:pPr>
      <w:r>
        <w:t>Mobile</w:t>
        <w:tab/>
        <w:t>: ______</w:t>
      </w:r>
    </w:p>
    <w:p>
      <w:r>
        <w:rPr>
          <w:b/>
        </w:rPr>
        <w:t>EDUCATION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09"/>
        <w:gridCol w:w="3009"/>
        <w:gridCol w:w="3009"/>
      </w:tblGrid>
      <w:tr>
        <w:tc>
          <w:tcPr>
            <w:tcW w:type="dxa" w:w="3009"/>
          </w:tcPr>
          <w:p>
            <w:r>
              <w:rPr>
                <w:b/>
              </w:rPr>
              <w:t>Exam</w:t>
            </w:r>
          </w:p>
        </w:tc>
        <w:tc>
          <w:tcPr>
            <w:tcW w:type="dxa" w:w="3009"/>
          </w:tcPr>
          <w:p>
            <w:r>
              <w:rPr>
                <w:b/>
              </w:rPr>
              <w:t>Year</w:t>
            </w:r>
          </w:p>
        </w:tc>
        <w:tc>
          <w:tcPr>
            <w:tcW w:type="dxa" w:w="3009"/>
          </w:tcPr>
          <w:p>
            <w:r>
              <w:rPr>
                <w:b/>
              </w:rPr>
              <w:t>Marks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Class 10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______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______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Class 12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______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______</w:t>
            </w:r>
          </w:p>
        </w:tc>
      </w:tr>
    </w:tbl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बायोडेटा बनाइए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