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KISAN BEEJ BHANDAR</w:t>
      </w:r>
    </w:p>
    <w:p>
      <w:r>
        <w:rPr>
          <w:b w:val="0"/>
        </w:rPr>
        <w:t>Ref. No. KBB/2026/______</w:t>
      </w:r>
    </w:p>
    <w:p>
      <w:r>
        <w:rPr>
          <w:b w:val="0"/>
        </w:rPr>
        <w:t>Date: ______</w:t>
      </w:r>
    </w:p>
    <w:p>
      <w:r>
        <w:rPr>
          <w:b w:val="0"/>
        </w:rPr>
        <w:t>The Branch Manager, ABC Bank, ______</w:t>
      </w:r>
    </w:p>
    <w:p>
      <w:pPr>
        <w:jc w:val="center"/>
      </w:pPr>
      <w:r>
        <w:rPr>
          <w:b/>
        </w:rPr>
        <w:t>Subject: Request for a new cheque book</w:t>
      </w:r>
    </w:p>
    <w:p>
      <w:r>
        <w:rPr>
          <w:b w:val="0"/>
        </w:rPr>
        <w:t>Dear Sir,</w:t>
      </w:r>
    </w:p>
    <w:p>
      <w:r>
        <w:rPr>
          <w:b w:val="0"/>
        </w:rPr>
        <w:t>Our cheque book is finished. Please issue a new cheque book for our current account number ______.</w:t>
      </w:r>
    </w:p>
    <w:p>
      <w:r>
        <w:rPr>
          <w:b w:val="0"/>
        </w:rPr>
        <w:t>For Kisan Beej Bhandar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दफ़्तर का पत्र लिखिए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