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SHRI GANESH TRADERS</w:t>
      </w:r>
    </w:p>
    <w:p>
      <w:pPr>
        <w:jc w:val="center"/>
      </w:pPr>
      <w:r>
        <w:rPr>
          <w:b w:val="0"/>
        </w:rPr>
        <w:t>Main Market, Sitapur</w:t>
      </w:r>
    </w:p>
    <w:p>
      <w:r>
        <w:rPr>
          <w:b w:val="0"/>
        </w:rPr>
        <w:t>Ref. No. SGT/2026/045</w:t>
      </w:r>
    </w:p>
    <w:p>
      <w:r>
        <w:rPr>
          <w:b w:val="0"/>
        </w:rPr>
        <w:t>Date: 13 October 2026</w:t>
      </w:r>
    </w:p>
    <w:p>
      <w:r>
        <w:rPr>
          <w:b w:val="0"/>
        </w:rPr>
        <w:t>To</w:t>
      </w:r>
    </w:p>
    <w:p>
      <w:r>
        <w:rPr>
          <w:b w:val="0"/>
        </w:rPr>
        <w:t>The Branch Manager</w:t>
      </w:r>
    </w:p>
    <w:p>
      <w:r>
        <w:rPr>
          <w:b w:val="0"/>
        </w:rPr>
        <w:t>ABC Bank, Sitapur</w:t>
      </w:r>
    </w:p>
    <w:p>
      <w:pPr>
        <w:jc w:val="center"/>
      </w:pPr>
      <w:r>
        <w:rPr>
          <w:b/>
        </w:rPr>
        <w:t>Subject: Statement of our current account</w:t>
      </w:r>
    </w:p>
    <w:p>
      <w:r>
        <w:rPr>
          <w:b w:val="0"/>
        </w:rPr>
        <w:t>Dear Sir,</w:t>
      </w:r>
    </w:p>
    <w:p>
      <w:pPr>
        <w:spacing w:line="360" w:lineRule="auto"/>
        <w:jc w:val="both"/>
      </w:pPr>
      <w:r>
        <w:t>We have a current account in your branch. The account number is XXXXXX4521. Please give us the statement of this account from 1 April 2026 to 30 September 2026. We need it for our audit.</w:t>
      </w:r>
    </w:p>
    <w:p>
      <w:r>
        <w:rPr>
          <w:b w:val="0"/>
        </w:rPr>
        <w:t>Yours faithfully,</w:t>
      </w:r>
    </w:p>
    <w:p>
      <w:r>
        <w:rPr>
          <w:b w:val="0"/>
        </w:rPr>
        <w:t>For Shri Ganesh Traders</w:t>
      </w:r>
    </w:p>
    <w:p/>
    <w:p/>
    <w:p>
      <w:r>
        <w:rPr>
          <w:b w:val="0"/>
        </w:rPr>
        <w:t>Suresh Agarwal</w:t>
      </w:r>
    </w:p>
    <w:p>
      <w:r>
        <w:rPr>
          <w:b w:val="0"/>
        </w:rPr>
        <w:t>Proprietor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दफ़्तर का पत्र लिखिए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