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 w:val="0"/>
        </w:rPr>
        <w:t>Wedding preparations:</w:t>
      </w:r>
    </w:p>
    <w:p>
      <w:pPr>
        <w:pStyle w:val="ListParagraph"/>
        <w:numPr>
          <w:ilvl w:val="0"/>
          <w:numId w:val="90"/>
        </w:numPr>
      </w:pPr>
      <w:r>
        <w:t>Tent and lights</w:t>
      </w:r>
    </w:p>
    <w:p>
      <w:pPr>
        <w:pStyle w:val="ListParagraph"/>
        <w:numPr>
          <w:ilvl w:val="1"/>
          <w:numId w:val="90"/>
        </w:numPr>
      </w:pPr>
      <w:r>
        <w:t>______</w:t>
      </w:r>
    </w:p>
    <w:p>
      <w:pPr>
        <w:pStyle w:val="ListParagraph"/>
        <w:numPr>
          <w:ilvl w:val="1"/>
          <w:numId w:val="90"/>
        </w:numPr>
      </w:pPr>
      <w:r>
        <w:t>______</w:t>
      </w:r>
    </w:p>
    <w:p>
      <w:pPr>
        <w:pStyle w:val="ListParagraph"/>
        <w:numPr>
          <w:ilvl w:val="0"/>
          <w:numId w:val="90"/>
        </w:numPr>
      </w:pPr>
      <w:r>
        <w:t>Food</w:t>
      </w:r>
    </w:p>
    <w:p>
      <w:pPr>
        <w:pStyle w:val="ListParagraph"/>
        <w:numPr>
          <w:ilvl w:val="1"/>
          <w:numId w:val="90"/>
        </w:numPr>
      </w:pPr>
      <w:r>
        <w:t>______</w:t>
      </w:r>
    </w:p>
    <w:p>
      <w:pPr>
        <w:pStyle w:val="ListParagraph"/>
        <w:numPr>
          <w:ilvl w:val="0"/>
          <w:numId w:val="90"/>
        </w:numPr>
      </w:pPr>
      <w:r>
        <w:t>Invitation cards</w:t>
      </w:r>
    </w:p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0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</w:abstractNum>
  <w:abstractNum w:abstractNumId="91">
    <w:multiLevelType w:val="hybridMultilevel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90">
    <w:abstractNumId w:val="90"/>
  </w:num>
  <w:num w:numId="91">
    <w:abstractNumId w:val="9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5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सूची बनाइए</dc:title>
  <dc:subject/>
  <dc:creator>Vyaktigat Vikas</dc:creator>
  <cp:keywords/>
  <dc:description/>
  <cp:lastModifiedBy>Vyaktigat Vikas</cp:lastModifiedBy>
  <cp:revision>1</cp:revision>
  <dcterms:created xsi:type="dcterms:W3CDTF">2026-10-13T00:00:00Z</dcterms:created>
  <dcterms:modified xsi:type="dcterms:W3CDTF">2026-10-13T00:00:00Z</dcterms:modified>
  <cp:category/>
</cp:coreProperties>
</file>