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</w:rPr>
        <w:t>NAV KIRAN PUBLIC SCHOOL</w:t>
      </w:r>
    </w:p>
    <w:p>
      <w:pPr>
        <w:jc w:val="center"/>
      </w:pPr>
      <w:r>
        <w:rPr>
          <w:b/>
        </w:rPr>
        <w:t>Staff Meeting: Saturday, 17 October 2026, 2 PM</w:t>
      </w:r>
    </w:p>
    <w:p>
      <w:r>
        <w:rPr>
          <w:b w:val="0"/>
        </w:rPr>
        <w:t>Points to discuss:</w:t>
      </w:r>
    </w:p>
    <w:p>
      <w:pPr>
        <w:pStyle w:val="ListParagraph"/>
        <w:numPr>
          <w:ilvl w:val="0"/>
          <w:numId w:val="90"/>
        </w:numPr>
      </w:pPr>
      <w:r>
        <w:t>Annual Day</w:t>
      </w:r>
    </w:p>
    <w:p>
      <w:pPr>
        <w:pStyle w:val="ListParagraph"/>
        <w:numPr>
          <w:ilvl w:val="1"/>
          <w:numId w:val="90"/>
        </w:numPr>
      </w:pPr>
      <w:r>
        <w:t>Date of the function</w:t>
      </w:r>
    </w:p>
    <w:p>
      <w:pPr>
        <w:pStyle w:val="ListParagraph"/>
        <w:numPr>
          <w:ilvl w:val="1"/>
          <w:numId w:val="90"/>
        </w:numPr>
      </w:pPr>
      <w:r>
        <w:t>Duties of teachers</w:t>
      </w:r>
    </w:p>
    <w:p>
      <w:pPr>
        <w:pStyle w:val="ListParagraph"/>
        <w:numPr>
          <w:ilvl w:val="0"/>
          <w:numId w:val="90"/>
        </w:numPr>
      </w:pPr>
      <w:r>
        <w:t>Half-yearly exams</w:t>
      </w:r>
    </w:p>
    <w:p>
      <w:pPr>
        <w:pStyle w:val="ListParagraph"/>
        <w:numPr>
          <w:ilvl w:val="1"/>
          <w:numId w:val="90"/>
        </w:numPr>
      </w:pPr>
      <w:r>
        <w:t>Date sheet</w:t>
      </w:r>
    </w:p>
    <w:p>
      <w:pPr>
        <w:pStyle w:val="ListParagraph"/>
        <w:numPr>
          <w:ilvl w:val="1"/>
          <w:numId w:val="90"/>
        </w:numPr>
      </w:pPr>
      <w:r>
        <w:t>Seating plan</w:t>
      </w:r>
    </w:p>
    <w:p>
      <w:pPr>
        <w:pStyle w:val="ListParagraph"/>
        <w:numPr>
          <w:ilvl w:val="0"/>
          <w:numId w:val="90"/>
        </w:numPr>
      </w:pPr>
      <w:r>
        <w:t>Winter uniform</w:t>
      </w:r>
    </w:p>
    <w:p>
      <w:pPr>
        <w:pStyle w:val="ListParagraph"/>
        <w:numPr>
          <w:ilvl w:val="0"/>
          <w:numId w:val="90"/>
        </w:numPr>
      </w:pPr>
      <w:r>
        <w:t>Fee collection</w:t>
      </w:r>
    </w:p>
    <w:p>
      <w:r>
        <w:rPr>
          <w:b w:val="0"/>
        </w:rPr>
        <w:t>Please bring:</w:t>
      </w:r>
    </w:p>
    <w:p>
      <w:pPr>
        <w:pStyle w:val="ListParagraph"/>
        <w:numPr>
          <w:ilvl w:val="0"/>
          <w:numId w:val="91"/>
        </w:numPr>
      </w:pPr>
      <w:r>
        <w:t>Attendance register</w:t>
      </w:r>
    </w:p>
    <w:p>
      <w:pPr>
        <w:pStyle w:val="ListParagraph"/>
        <w:numPr>
          <w:ilvl w:val="0"/>
          <w:numId w:val="91"/>
        </w:numPr>
      </w:pPr>
      <w:r>
        <w:t>Class diary</w:t>
      </w:r>
    </w:p>
    <w:sectPr w:rsidR="00FC693F" w:rsidRPr="0006063C" w:rsidSect="0003461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0">
    <w:multiLevelType w:val="hybrid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</w:abstractNum>
  <w:abstractNum w:abstractNumId="91">
    <w:multiLevelType w:val="hybridMultilevel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90">
    <w:abstractNumId w:val="90"/>
  </w:num>
  <w:num w:numId="91">
    <w:abstractNumId w:val="9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259" w:lineRule="auto"/>
    </w:pPr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सूची बनाइए</dc:title>
  <dc:subject/>
  <dc:creator>Vyaktigat Vikas</dc:creator>
  <cp:keywords/>
  <dc:description/>
  <cp:lastModifiedBy>Vyaktigat Vikas</cp:lastModifiedBy>
  <cp:revision>1</cp:revision>
  <dcterms:created xsi:type="dcterms:W3CDTF">2026-10-13T00:00:00Z</dcterms:created>
  <dcterms:modified xsi:type="dcterms:W3CDTF">2026-10-13T00:00:00Z</dcterms:modified>
  <cp:category/>
</cp:coreProperties>
</file>