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Bdr>
          <w:bottom w:val="single" w:sz="8" w:space="1" w:color="auto"/>
        </w:pBdr>
      </w:pPr>
      <w:r>
        <w:rPr>
          <w:b/>
          <w:sz w:val="36"/>
        </w:rPr>
        <w:t>Jai Hind Driving School</w:t>
      </w:r>
    </w:p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फ़ोटो और लोगो लगाइए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