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289"/>
        <w:gridCol w:w="1289"/>
        <w:gridCol w:w="1289"/>
        <w:gridCol w:w="1289"/>
        <w:gridCol w:w="1289"/>
        <w:gridCol w:w="1289"/>
        <w:gridCol w:w="1289"/>
      </w:tblGrid>
      <w:tr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</w:tr>
      <w:tr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</w:tr>
      <w:tr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</w:tr>
      <w:tr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</w:tr>
      <w:tr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</w:tr>
      <w:tr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</w:tr>
      <w:tr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  <w:tc>
          <w:tcPr>
            <w:tcW w:type="dxa" w:w="1289"/>
          </w:tcPr>
          <w:p/>
        </w:tc>
      </w:tr>
    </w:tbl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पेज सेट कीजिए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