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</w:rPr>
        <w:t>NOTICE</w:t>
      </w:r>
    </w:p>
    <w:p>
      <w:r>
        <w:rPr>
          <w:b w:val="0"/>
        </w:rPr>
        <w:t>Disha Computer Institute</w:t>
      </w:r>
    </w:p>
    <w:p>
      <w:r>
        <w:rPr>
          <w:b w:val="0"/>
        </w:rPr>
        <w:t>The new batch starts on Monday, 2 November 2026.</w:t>
      </w:r>
    </w:p>
    <w:p>
      <w:r>
        <w:rPr>
          <w:b w:val="0"/>
        </w:rPr>
        <w:t>Class time is 4 pm to 6 pm.</w:t>
      </w:r>
    </w:p>
    <w:p>
      <w:r>
        <w:rPr>
          <w:b w:val="0"/>
        </w:rPr>
        <w:t>Please read the rules on page 2.</w:t>
      </w:r>
      <w:r>
        <w:br w:type="page"/>
      </w:r>
    </w:p>
    <w:p>
      <w:r>
        <w:rPr>
          <w:b w:val="0"/>
        </w:rPr>
        <w:t>RULES</w:t>
      </w:r>
    </w:p>
    <w:p>
      <w:r>
        <w:rPr>
          <w:b w:val="0"/>
        </w:rPr>
        <w:t>Come to class on time.</w:t>
      </w:r>
    </w:p>
    <w:p>
      <w:r>
        <w:rPr>
          <w:b w:val="0"/>
        </w:rPr>
        <w:t>Bring your notebook and pen.</w:t>
      </w:r>
    </w:p>
    <w:p>
      <w:r>
        <w:rPr>
          <w:b w:val="0"/>
        </w:rPr>
        <w:t>Keep your phone silent.</w:t>
      </w:r>
    </w:p>
    <w:sectPr w:rsidR="00FC693F" w:rsidRPr="0006063C" w:rsidSect="00034616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 PAGE ">
      <w:r>
        <w:t>1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पेज सेट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