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 w:val="0"/>
        </w:rPr>
        <w:t>Ujala Sports Club</w:t>
      </w:r>
    </w:p>
    <w:p>
      <w:r>
        <w:rPr>
          <w:b w:val="0"/>
        </w:rPr>
        <w:t>Annual Meeting 2026</w:t>
      </w:r>
    </w:p>
    <w:p>
      <w:r>
        <w:rPr>
          <w:b w:val="0"/>
        </w:rPr>
        <w:t>Date: Sunday, 8 March 2026</w:t>
      </w:r>
    </w:p>
    <w:p>
      <w:r>
        <w:rPr>
          <w:b w:val="0"/>
        </w:rPr>
        <w:t>Time: 11 am</w:t>
      </w:r>
    </w:p>
    <w:p>
      <w:r>
        <w:rPr>
          <w:b w:val="0"/>
        </w:rPr>
        <w:t>Place: Club Hall</w:t>
      </w:r>
    </w:p>
    <w:p>
      <w:r>
        <w:rPr>
          <w:b w:val="0"/>
        </w:rPr>
        <w:t>Membership fee for 2026: Rs 250</w:t>
      </w:r>
    </w:p>
    <w:p>
      <w:r>
        <w:rPr>
          <w:b w:val="0"/>
        </w:rPr>
        <w:t>Secretary</w:t>
      </w:r>
    </w:p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शब्द खोजिए और बदलिए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