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Pragati Coaching Classes</w:t>
      </w:r>
    </w:p>
    <w:p>
      <w:r>
        <w:t>Date: ______</w:t>
      </w:r>
    </w:p>
    <w:p>
      <w:r>
        <w:t xml:space="preserve">Dear </w:t>
      </w:r>
      <w:fldSimple w:instr=" MERGEFIELD Name ">
        <w:r>
          <w:t>«Name»</w:t>
        </w:r>
      </w:fldSimple>
      <w:r>
        <w:t>,</w:t>
      </w:r>
    </w:p>
    <w:p>
      <w:r>
        <w:t xml:space="preserve">Your fee of Rs </w:t>
      </w:r>
      <w:fldSimple w:instr=" MERGEFIELD Fee ">
        <w:r>
          <w:t>«Fee»</w:t>
        </w:r>
      </w:fldSimple>
      <w:r>
        <w:t xml:space="preserve"> for the </w:t>
      </w:r>
      <w:fldSimple w:instr=" MERGEFIELD Course ">
        <w:r>
          <w:t>«Course»</w:t>
        </w:r>
      </w:fldSimple>
      <w:r>
        <w:t xml:space="preserve"> course is due. Please pay it by 10 December 2026.</w:t>
      </w:r>
    </w:p>
    <w:p>
      <w:r>
        <w:t>Manager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मेल मर्ज कीजिए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