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Gyan Deep Public School, Hardoi</w:t>
      </w:r>
    </w:p>
    <w:p>
      <w:r>
        <w:t>Date: 9 November 2026</w:t>
      </w:r>
    </w:p>
    <w:p>
      <w:r>
        <w:t>Dear Mr Ramesh Yadav,</w:t>
      </w:r>
    </w:p>
    <w:p>
      <w:r>
        <w:t>The report card of Ankit, Class 6, is ready. Please collect it from the school office on Saturday, 14 November 2026.</w:t>
      </w:r>
    </w:p>
    <w:p>
      <w:r>
        <w:t>Principal</w:t>
      </w:r>
      <w:r>
        <w:br w:type="page"/>
      </w:r>
    </w:p>
    <w:p>
      <w:r>
        <w:t>Gyan Deep Public School, Hardoi</w:t>
      </w:r>
    </w:p>
    <w:p>
      <w:r>
        <w:t>Date: 9 November 2026</w:t>
      </w:r>
    </w:p>
    <w:p>
      <w:r>
        <w:t>Dear Mrs Sunita Verma,</w:t>
      </w:r>
    </w:p>
    <w:p>
      <w:r>
        <w:t>The report card of Riya, Class 7, is ready. Please collect it from the school office on Saturday, 14 November 2026.</w:t>
      </w:r>
    </w:p>
    <w:p>
      <w:r>
        <w:t>Principal</w:t>
      </w:r>
      <w:r>
        <w:br w:type="page"/>
      </w:r>
    </w:p>
    <w:p>
      <w:r>
        <w:t>Gyan Deep Public School, Hardoi</w:t>
      </w:r>
    </w:p>
    <w:p>
      <w:r>
        <w:t>Date: 9 November 2026</w:t>
      </w:r>
    </w:p>
    <w:p>
      <w:r>
        <w:t>Dear Mr Salim Ansari,</w:t>
      </w:r>
    </w:p>
    <w:p>
      <w:r>
        <w:t>The report card of Sana, Class 6, is ready. Please collect it from the school office on Saturday, 14 November 2026.</w:t>
      </w:r>
    </w:p>
    <w:p>
      <w:r>
        <w:t>Principal</w:t>
      </w:r>
      <w:r>
        <w:br w:type="page"/>
      </w:r>
    </w:p>
    <w:p>
      <w:r>
        <w:t>Gyan Deep Public School, Hardoi</w:t>
      </w:r>
    </w:p>
    <w:p>
      <w:r>
        <w:t>Date: 9 November 2026</w:t>
      </w:r>
    </w:p>
    <w:p>
      <w:r>
        <w:t>Dear Mrs Kavita Joshi,</w:t>
      </w:r>
    </w:p>
    <w:p>
      <w:r>
        <w:t>The report card of Rohan, Class 8, is ready. Please collect it from the school office on Saturday, 14 November 2026.</w:t>
      </w:r>
    </w:p>
    <w:p>
      <w:r>
        <w:t>Principal</w:t>
      </w:r>
      <w:r>
        <w:br w:type="page"/>
      </w:r>
    </w:p>
    <w:p>
      <w:r>
        <w:t>Gyan Deep Public School, Hardoi</w:t>
      </w:r>
    </w:p>
    <w:p>
      <w:r>
        <w:t>Date: 9 November 2026</w:t>
      </w:r>
    </w:p>
    <w:p>
      <w:r>
        <w:t>Dear Mr Harpreet Singh,</w:t>
      </w:r>
    </w:p>
    <w:p>
      <w:r>
        <w:t>The report card of Simran, Class 7, is ready. Please collect it from the school office on Saturday, 14 November 2026.</w:t>
      </w:r>
    </w:p>
    <w:p>
      <w:r>
        <w:t>Principal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मेल मर्ज कीजिए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