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256"/>
        <w:gridCol w:w="2256"/>
        <w:gridCol w:w="2256"/>
        <w:gridCol w:w="2256"/>
      </w:tblGrid>
      <w:tr>
        <w:tc>
          <w:tcPr>
            <w:tcW w:type="dxa" w:w="3792"/>
          </w:tcPr>
          <w:p>
            <w:r>
              <w:rPr>
                <w:b/>
              </w:rPr>
              <w:t>सूचना</w:t>
            </w:r>
          </w:p>
        </w:tc>
        <w:tc>
          <w:tcPr>
            <w:tcW w:type="dxa" w:w="1445"/>
          </w:tcPr>
          <w:p>
            <w:r>
              <w:rPr>
                <w:b/>
              </w:rPr>
              <w:t>पेज</w:t>
            </w:r>
          </w:p>
        </w:tc>
        <w:tc>
          <w:tcPr>
            <w:tcW w:type="dxa" w:w="1806"/>
          </w:tcPr>
          <w:p>
            <w:r>
              <w:rPr>
                <w:b/>
              </w:rPr>
              <w:t>कॉपी</w:t>
            </w:r>
          </w:p>
        </w:tc>
        <w:tc>
          <w:tcPr>
            <w:tcW w:type="dxa" w:w="1986"/>
          </w:tcPr>
          <w:p>
            <w:r>
              <w:rPr>
                <w:b/>
              </w:rPr>
              <w:t>काग़ज़</w:t>
            </w:r>
          </w:p>
        </w:tc>
      </w:tr>
      <w:tr>
        <w:tc>
          <w:tcPr>
            <w:tcW w:type="dxa" w:w="3792"/>
          </w:tcPr>
          <w:p>
            <w:r>
              <w:rPr>
                <w:b w:val="0"/>
              </w:rPr>
              <w:t>मोहल्ले की, पहले</w:t>
            </w:r>
          </w:p>
        </w:tc>
        <w:tc>
          <w:tcPr>
            <w:tcW w:type="dxa" w:w="1445"/>
          </w:tcPr>
          <w:p>
            <w:r>
              <w:rPr>
                <w:b w:val="0"/>
              </w:rPr>
              <w:t>2</w:t>
            </w:r>
          </w:p>
        </w:tc>
        <w:tc>
          <w:tcPr>
            <w:tcW w:type="dxa" w:w="1806"/>
          </w:tcPr>
          <w:p>
            <w:r>
              <w:rPr>
                <w:b w:val="0"/>
              </w:rPr>
              <w:t>40</w:t>
            </w:r>
          </w:p>
        </w:tc>
        <w:tc>
          <w:tcPr>
            <w:tcW w:type="dxa" w:w="1986"/>
          </w:tcPr>
          <w:p>
            <w:r>
              <w:rPr>
                <w:b w:val="0"/>
              </w:rPr>
              <w:t>80</w:t>
            </w:r>
          </w:p>
        </w:tc>
      </w:tr>
      <w:tr>
        <w:tc>
          <w:tcPr>
            <w:tcW w:type="dxa" w:w="3792"/>
          </w:tcPr>
          <w:p>
            <w:r>
              <w:rPr>
                <w:b w:val="0"/>
              </w:rPr>
              <w:t>मोहल्ले की, अब</w:t>
            </w:r>
          </w:p>
        </w:tc>
        <w:tc>
          <w:tcPr>
            <w:tcW w:type="dxa" w:w="1445"/>
          </w:tcPr>
          <w:p>
            <w:r>
              <w:rPr>
                <w:b w:val="0"/>
              </w:rPr>
              <w:t>1</w:t>
            </w:r>
          </w:p>
        </w:tc>
        <w:tc>
          <w:tcPr>
            <w:tcW w:type="dxa" w:w="1806"/>
          </w:tcPr>
          <w:p>
            <w:r>
              <w:rPr>
                <w:b w:val="0"/>
              </w:rPr>
              <w:t>40</w:t>
            </w:r>
          </w:p>
        </w:tc>
        <w:tc>
          <w:tcPr>
            <w:tcW w:type="dxa" w:w="1986"/>
          </w:tcPr>
          <w:p>
            <w:r>
              <w:rPr>
                <w:b w:val="0"/>
              </w:rPr>
              <w:t>40</w:t>
            </w:r>
          </w:p>
        </w:tc>
      </w:tr>
      <w:tr>
        <w:tc>
          <w:tcPr>
            <w:tcW w:type="dxa" w:w="3792"/>
          </w:tcPr>
          <w:p>
            <w:r>
              <w:rPr>
                <w:b w:val="0"/>
              </w:rPr>
              <w:t>स्कूल की, पहले</w:t>
            </w:r>
          </w:p>
        </w:tc>
        <w:tc>
          <w:tcPr>
            <w:tcW w:type="dxa" w:w="1445"/>
          </w:tcPr>
          <w:p>
            <w:r>
              <w:rPr>
                <w:b w:val="0"/>
              </w:rPr>
              <w:t>2</w:t>
            </w:r>
          </w:p>
        </w:tc>
        <w:tc>
          <w:tcPr>
            <w:tcW w:type="dxa" w:w="1806"/>
          </w:tcPr>
          <w:p>
            <w:r>
              <w:rPr>
                <w:b w:val="0"/>
              </w:rPr>
              <w:t>120</w:t>
            </w:r>
          </w:p>
        </w:tc>
        <w:tc>
          <w:tcPr>
            <w:tcW w:type="dxa" w:w="1986"/>
          </w:tcPr>
          <w:p/>
        </w:tc>
      </w:tr>
      <w:tr>
        <w:tc>
          <w:tcPr>
            <w:tcW w:type="dxa" w:w="3792"/>
          </w:tcPr>
          <w:p>
            <w:r>
              <w:rPr>
                <w:b w:val="0"/>
              </w:rPr>
              <w:t>स्कूल की, एक पेज में</w:t>
            </w:r>
          </w:p>
        </w:tc>
        <w:tc>
          <w:tcPr>
            <w:tcW w:type="dxa" w:w="1445"/>
          </w:tcPr>
          <w:p>
            <w:r>
              <w:rPr>
                <w:b w:val="0"/>
              </w:rPr>
              <w:t>1</w:t>
            </w:r>
          </w:p>
        </w:tc>
        <w:tc>
          <w:tcPr>
            <w:tcW w:type="dxa" w:w="1806"/>
          </w:tcPr>
          <w:p>
            <w:r>
              <w:rPr>
                <w:b w:val="0"/>
              </w:rPr>
              <w:t>120</w:t>
            </w:r>
          </w:p>
        </w:tc>
        <w:tc>
          <w:tcPr>
            <w:tcW w:type="dxa" w:w="1986"/>
          </w:tcPr>
          <w:p/>
        </w:tc>
      </w:tr>
    </w:tbl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सूचना एक पेज में प्रिंट कीजिए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