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</w:rPr>
        <w:t>BIODATA</w:t>
      </w:r>
    </w:p>
    <w:p>
      <w:pPr>
        <w:tabs>
          <w:tab w:pos="2160" w:val="left"/>
        </w:tabs>
      </w:pPr>
      <w:r>
        <w:t>Name</w:t>
        <w:tab/>
        <w:t>: Priya Sharma</w:t>
      </w:r>
    </w:p>
    <w:p>
      <w:pPr>
        <w:tabs>
          <w:tab w:pos="2160" w:val="left"/>
        </w:tabs>
      </w:pPr>
      <w:r>
        <w:t>Father's Name</w:t>
        <w:tab/>
        <w:t>: Rajesh Sharma</w:t>
      </w:r>
    </w:p>
    <w:p>
      <w:pPr>
        <w:tabs>
          <w:tab w:pos="2160" w:val="left"/>
        </w:tabs>
      </w:pPr>
      <w:r>
        <w:t>Date of Birth</w:t>
        <w:tab/>
        <w:t>: 14 August 2003</w:t>
      </w:r>
    </w:p>
    <w:p>
      <w:pPr>
        <w:tabs>
          <w:tab w:pos="2160" w:val="left"/>
        </w:tabs>
      </w:pPr>
      <w:r>
        <w:t>Address</w:t>
        <w:tab/>
        <w:t>: 25, Gandhi Nagar, Jhansi</w:t>
      </w:r>
    </w:p>
    <w:p>
      <w:pPr>
        <w:tabs>
          <w:tab w:pos="2160" w:val="left"/>
        </w:tabs>
      </w:pPr>
      <w:r>
        <w:t>Mobile</w:t>
        <w:tab/>
        <w:t>: 98XXXXXX10</w:t>
      </w:r>
    </w:p>
    <w:p>
      <w:pPr>
        <w:tabs>
          <w:tab w:pos="2160" w:val="left"/>
        </w:tabs>
      </w:pPr>
      <w:r>
        <w:t>Email</w:t>
        <w:tab/>
        <w:t>: priya@example.com</w:t>
      </w:r>
    </w:p>
    <w:p>
      <w:r>
        <w:rPr>
          <w:b/>
        </w:rPr>
        <w:t>EDUCATION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3009"/>
        <w:gridCol w:w="3009"/>
        <w:gridCol w:w="3009"/>
      </w:tblGrid>
      <w:tr>
        <w:tc>
          <w:tcPr>
            <w:tcW w:type="dxa" w:w="3009"/>
          </w:tcPr>
          <w:p>
            <w:r>
              <w:rPr>
                <w:b/>
              </w:rPr>
              <w:t>Exam</w:t>
            </w:r>
          </w:p>
        </w:tc>
        <w:tc>
          <w:tcPr>
            <w:tcW w:type="dxa" w:w="3009"/>
          </w:tcPr>
          <w:p>
            <w:r>
              <w:rPr>
                <w:b/>
              </w:rPr>
              <w:t>Year</w:t>
            </w:r>
          </w:p>
        </w:tc>
        <w:tc>
          <w:tcPr>
            <w:tcW w:type="dxa" w:w="3009"/>
          </w:tcPr>
          <w:p>
            <w:r>
              <w:rPr>
                <w:b/>
              </w:rPr>
              <w:t>Marks</w:t>
            </w:r>
          </w:p>
        </w:tc>
      </w:tr>
      <w:tr>
        <w:tc>
          <w:tcPr>
            <w:tcW w:type="dxa" w:w="3009"/>
          </w:tcPr>
          <w:p>
            <w:r>
              <w:rPr>
                <w:b w:val="0"/>
              </w:rPr>
              <w:t>Class 10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2018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78%</w:t>
            </w:r>
          </w:p>
        </w:tc>
      </w:tr>
      <w:tr>
        <w:tc>
          <w:tcPr>
            <w:tcW w:type="dxa" w:w="3009"/>
          </w:tcPr>
          <w:p>
            <w:r>
              <w:rPr>
                <w:b w:val="0"/>
              </w:rPr>
              <w:t>Class 12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2020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74%</w:t>
            </w:r>
          </w:p>
        </w:tc>
      </w:tr>
      <w:tr>
        <w:tc>
          <w:tcPr>
            <w:tcW w:type="dxa" w:w="3009"/>
          </w:tcPr>
          <w:p>
            <w:r>
              <w:rPr>
                <w:b w:val="0"/>
              </w:rPr>
              <w:t>B.Com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2023</w:t>
            </w:r>
          </w:p>
        </w:tc>
        <w:tc>
          <w:tcPr>
            <w:tcW w:type="dxa" w:w="3009"/>
          </w:tcPr>
          <w:p>
            <w:r>
              <w:rPr>
                <w:b w:val="0"/>
              </w:rPr>
              <w:t>68%</w:t>
            </w:r>
          </w:p>
        </w:tc>
      </w:tr>
    </w:tbl>
    <w:p>
      <w:pPr>
        <w:tabs>
          <w:tab w:pos="2160" w:val="left"/>
        </w:tabs>
      </w:pPr>
      <w:r>
        <w:t>Experience</w:t>
        <w:tab/>
        <w:t>: two years, Sunrise Computer Centre</w:t>
      </w:r>
    </w:p>
    <w:p>
      <w:pPr>
        <w:tabs>
          <w:tab w:pos="2160" w:val="left"/>
        </w:tabs>
      </w:pPr>
      <w:r>
        <w:t>Skills</w:t>
        <w:tab/>
        <w:t>: MS Word, MS Excel, typing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में सेव कीजिए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