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9"/>
        <w:gridCol w:w="3009"/>
        <w:gridCol w:w="3009"/>
      </w:tblGrid>
      <w:tr>
        <w:tc>
          <w:tcPr>
            <w:tcW w:type="dxa" w:w="1445"/>
          </w:tcPr>
          <w:p>
            <w:r>
              <w:rPr>
                <w:b/>
              </w:rPr>
              <w:t>स्लाइड</w:t>
            </w:r>
          </w:p>
        </w:tc>
        <w:tc>
          <w:tcPr>
            <w:tcW w:type="dxa" w:w="4153"/>
          </w:tcPr>
          <w:p>
            <w:r>
              <w:rPr>
                <w:b/>
              </w:rPr>
              <w:t>हेडिंग</w:t>
            </w:r>
          </w:p>
        </w:tc>
        <w:tc>
          <w:tcPr>
            <w:tcW w:type="dxa" w:w="3431"/>
          </w:tcPr>
          <w:p>
            <w:r>
              <w:rPr>
                <w:b/>
              </w:rPr>
              <w:t>नीचे क्या लिखेंगे</w:t>
            </w:r>
          </w:p>
        </w:tc>
      </w:tr>
      <w:tr>
        <w:tc>
          <w:tcPr>
            <w:tcW w:type="dxa" w:w="1445"/>
          </w:tcPr>
          <w:p>
            <w:r>
              <w:rPr>
                <w:b w:val="0"/>
              </w:rPr>
              <w:t>1</w:t>
            </w:r>
          </w:p>
        </w:tc>
        <w:tc>
          <w:tcPr>
            <w:tcW w:type="dxa" w:w="4153"/>
          </w:tcPr>
          <w:p>
            <w:r>
              <w:rPr>
                <w:b w:val="0"/>
              </w:rPr>
              <w:t>______</w:t>
            </w:r>
          </w:p>
        </w:tc>
        <w:tc>
          <w:tcPr>
            <w:tcW w:type="dxa" w:w="3431"/>
          </w:tcPr>
          <w:p>
            <w:r>
              <w:rPr>
                <w:b w:val="0"/>
              </w:rPr>
              <w:t>______</w:t>
            </w:r>
          </w:p>
        </w:tc>
      </w:tr>
      <w:tr>
        <w:tc>
          <w:tcPr>
            <w:tcW w:type="dxa" w:w="1445"/>
          </w:tcPr>
          <w:p>
            <w:r>
              <w:rPr>
                <w:b w:val="0"/>
              </w:rPr>
              <w:t>2</w:t>
            </w:r>
          </w:p>
        </w:tc>
        <w:tc>
          <w:tcPr>
            <w:tcW w:type="dxa" w:w="4153"/>
          </w:tcPr>
          <w:p>
            <w:r>
              <w:rPr>
                <w:b w:val="0"/>
              </w:rPr>
              <w:t>What We Sell</w:t>
            </w:r>
          </w:p>
        </w:tc>
        <w:tc>
          <w:tcPr>
            <w:tcW w:type="dxa" w:w="3431"/>
          </w:tcPr>
          <w:p>
            <w:r>
              <w:rPr>
                <w:b w:val="0"/>
              </w:rPr>
              <w:t>______</w:t>
            </w:r>
          </w:p>
        </w:tc>
      </w:tr>
      <w:tr>
        <w:tc>
          <w:tcPr>
            <w:tcW w:type="dxa" w:w="1445"/>
          </w:tcPr>
          <w:p>
            <w:r>
              <w:rPr>
                <w:b w:val="0"/>
              </w:rPr>
              <w:t>3</w:t>
            </w:r>
          </w:p>
        </w:tc>
        <w:tc>
          <w:tcPr>
            <w:tcW w:type="dxa" w:w="4153"/>
          </w:tcPr>
          <w:p>
            <w:r>
              <w:rPr>
                <w:b w:val="0"/>
              </w:rPr>
              <w:t>Our Prices</w:t>
            </w:r>
          </w:p>
        </w:tc>
        <w:tc>
          <w:tcPr>
            <w:tcW w:type="dxa" w:w="3431"/>
          </w:tcPr>
          <w:p>
            <w:r>
              <w:rPr>
                <w:b w:val="0"/>
              </w:rPr>
              <w:t>______</w:t>
            </w:r>
          </w:p>
        </w:tc>
      </w:tr>
      <w:tr>
        <w:tc>
          <w:tcPr>
            <w:tcW w:type="dxa" w:w="1445"/>
          </w:tcPr>
          <w:p>
            <w:r>
              <w:rPr>
                <w:b w:val="0"/>
              </w:rPr>
              <w:t>4</w:t>
            </w:r>
          </w:p>
        </w:tc>
        <w:tc>
          <w:tcPr>
            <w:tcW w:type="dxa" w:w="4153"/>
          </w:tcPr>
          <w:p>
            <w:r>
              <w:rPr>
                <w:b w:val="0"/>
              </w:rPr>
              <w:t>Shop Timings</w:t>
            </w:r>
          </w:p>
        </w:tc>
        <w:tc>
          <w:tcPr>
            <w:tcW w:type="dxa" w:w="3431"/>
          </w:tcPr>
          <w:p>
            <w:r>
              <w:rPr>
                <w:b w:val="0"/>
              </w:rPr>
              <w:t>______</w:t>
            </w:r>
          </w:p>
        </w:tc>
      </w:tr>
      <w:tr>
        <w:tc>
          <w:tcPr>
            <w:tcW w:type="dxa" w:w="1445"/>
          </w:tcPr>
          <w:p>
            <w:r>
              <w:rPr>
                <w:b w:val="0"/>
              </w:rPr>
              <w:t>5</w:t>
            </w:r>
          </w:p>
        </w:tc>
        <w:tc>
          <w:tcPr>
            <w:tcW w:type="dxa" w:w="4153"/>
          </w:tcPr>
          <w:p>
            <w:r>
              <w:rPr>
                <w:b w:val="0"/>
              </w:rPr>
              <w:t>Contact Us</w:t>
            </w:r>
          </w:p>
        </w:tc>
        <w:tc>
          <w:tcPr>
            <w:tcW w:type="dxa" w:w="3431"/>
          </w:tcPr>
          <w:p>
            <w:r>
              <w:rPr>
                <w:b w:val="0"/>
              </w:rPr>
              <w:t>______</w:t>
            </w:r>
          </w:p>
        </w:tc>
      </w:tr>
    </w:tbl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पाँच स्लाइड बनाइए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